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6159500</wp:posOffset>
            </wp:positionH>
            <wp:positionV relativeFrom="page">
              <wp:posOffset>10299700</wp:posOffset>
            </wp:positionV>
            <wp:extent cx="279400" cy="279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184150</wp:posOffset>
            </wp:positionH>
            <wp:positionV relativeFrom="page">
              <wp:posOffset>0</wp:posOffset>
            </wp:positionV>
            <wp:extent cx="7188200" cy="10121900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88200" cy="101219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80" w:after="0"/>
        <w:ind w:left="0" w:right="0"/>
      </w:pPr>
    </w:p>
    <w:p>
      <w:pPr>
        <w:autoSpaceDN w:val="0"/>
        <w:autoSpaceDE w:val="0"/>
        <w:widowControl/>
        <w:spacing w:line="180" w:lineRule="exact" w:before="424" w:after="0"/>
        <w:ind w:left="0" w:right="132" w:firstLine="0"/>
        <w:jc w:val="right"/>
      </w:pPr>
      <w:hyperlink r:id="rId9" w:history="1">
        <w:r>
          <w:rPr>
            <w:rStyle w:val="Hyperlink"/>
            <w:rFonts w:ascii="Times" w:hAnsi="Times" w:eastAsia="Times" w:cs="Times"/>
            <w:sz w:val="26.0"/>
            <w:color w:val="000000"/>
            <w:spacing w:val="-10"/>
          </w:rPr>
          <w:t>CamScanner</w:t>
        </w:r>
      </w:hyperlink>
    </w:p>
    <w:p>
      <w:pPr>
        <w:sectPr>
          <w:pgSz w:w="11900" w:h="16840"/>
          <w:pgMar w:top="240" w:right="240" w:bottom="3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6159500</wp:posOffset>
            </wp:positionH>
            <wp:positionV relativeFrom="page">
              <wp:posOffset>10299700</wp:posOffset>
            </wp:positionV>
            <wp:extent cx="279400" cy="279400"/>
            <wp:wrapNone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0</wp:posOffset>
            </wp:positionV>
            <wp:extent cx="7175500" cy="10121900"/>
            <wp:wrapNone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101219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80" w:after="0"/>
        <w:ind w:left="0" w:right="0"/>
      </w:pPr>
    </w:p>
    <w:p>
      <w:pPr>
        <w:autoSpaceDN w:val="0"/>
        <w:autoSpaceDE w:val="0"/>
        <w:widowControl/>
        <w:spacing w:line="180" w:lineRule="exact" w:before="424" w:after="0"/>
        <w:ind w:left="0" w:right="132" w:firstLine="0"/>
        <w:jc w:val="right"/>
      </w:pPr>
      <w:hyperlink r:id="rId9" w:history="1">
        <w:r>
          <w:rPr>
            <w:rStyle w:val="Hyperlink"/>
            <w:rFonts w:ascii="Times" w:hAnsi="Times" w:eastAsia="Times" w:cs="Times"/>
            <w:sz w:val="26.0"/>
            <w:color w:val="000000"/>
            <w:spacing w:val="-10"/>
          </w:rPr>
          <w:t>CamScanner</w:t>
        </w:r>
      </w:hyperlink>
    </w:p>
    <w:p>
      <w:pPr>
        <w:sectPr>
          <w:pgSz w:w="11900" w:h="16840"/>
          <w:pgMar w:top="240" w:right="240" w:bottom="3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6159500</wp:posOffset>
            </wp:positionH>
            <wp:positionV relativeFrom="page">
              <wp:posOffset>10299700</wp:posOffset>
            </wp:positionV>
            <wp:extent cx="279400" cy="279400"/>
            <wp:wrapNone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203200</wp:posOffset>
            </wp:positionH>
            <wp:positionV relativeFrom="page">
              <wp:posOffset>0</wp:posOffset>
            </wp:positionV>
            <wp:extent cx="7150100" cy="10121900"/>
            <wp:wrapNone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101219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80" w:after="0"/>
        <w:ind w:left="0" w:right="0"/>
      </w:pPr>
    </w:p>
    <w:p>
      <w:pPr>
        <w:autoSpaceDN w:val="0"/>
        <w:autoSpaceDE w:val="0"/>
        <w:widowControl/>
        <w:spacing w:line="180" w:lineRule="exact" w:before="424" w:after="0"/>
        <w:ind w:left="0" w:right="132" w:firstLine="0"/>
        <w:jc w:val="right"/>
      </w:pPr>
      <w:hyperlink r:id="rId9" w:history="1">
        <w:r>
          <w:rPr>
            <w:rStyle w:val="Hyperlink"/>
            <w:rFonts w:ascii="Times" w:hAnsi="Times" w:eastAsia="Times" w:cs="Times"/>
            <w:sz w:val="26.0"/>
            <w:color w:val="000000"/>
            <w:spacing w:val="-10"/>
          </w:rPr>
          <w:t>CamScanner</w:t>
        </w:r>
      </w:hyperlink>
    </w:p>
    <w:p>
      <w:pPr>
        <w:sectPr>
          <w:pgSz w:w="11900" w:h="16840"/>
          <w:pgMar w:top="240" w:right="240" w:bottom="3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6159500</wp:posOffset>
            </wp:positionH>
            <wp:positionV relativeFrom="page">
              <wp:posOffset>10299700</wp:posOffset>
            </wp:positionV>
            <wp:extent cx="279400" cy="279400"/>
            <wp:wrapNone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203200</wp:posOffset>
            </wp:positionH>
            <wp:positionV relativeFrom="page">
              <wp:posOffset>0</wp:posOffset>
            </wp:positionV>
            <wp:extent cx="7150100" cy="10121900"/>
            <wp:wrapNone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101219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80" w:after="0"/>
        <w:ind w:left="0" w:right="0"/>
      </w:pPr>
    </w:p>
    <w:p>
      <w:pPr>
        <w:autoSpaceDN w:val="0"/>
        <w:autoSpaceDE w:val="0"/>
        <w:widowControl/>
        <w:spacing w:line="180" w:lineRule="exact" w:before="424" w:after="0"/>
        <w:ind w:left="0" w:right="132" w:firstLine="0"/>
        <w:jc w:val="right"/>
      </w:pPr>
      <w:hyperlink r:id="rId9" w:history="1">
        <w:r>
          <w:rPr>
            <w:rStyle w:val="Hyperlink"/>
            <w:rFonts w:ascii="Times" w:hAnsi="Times" w:eastAsia="Times" w:cs="Times"/>
            <w:sz w:val="26.0"/>
            <w:color w:val="000000"/>
            <w:spacing w:val="-10"/>
          </w:rPr>
          <w:t>CamScanner</w:t>
        </w:r>
      </w:hyperlink>
    </w:p>
    <w:p>
      <w:pPr>
        <w:sectPr>
          <w:pgSz w:w="11900" w:h="16840"/>
          <w:pgMar w:top="240" w:right="240" w:bottom="3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6159500</wp:posOffset>
            </wp:positionH>
            <wp:positionV relativeFrom="page">
              <wp:posOffset>10299700</wp:posOffset>
            </wp:positionV>
            <wp:extent cx="279400" cy="279400"/>
            <wp:wrapNone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209550</wp:posOffset>
            </wp:positionH>
            <wp:positionV relativeFrom="page">
              <wp:posOffset>0</wp:posOffset>
            </wp:positionV>
            <wp:extent cx="7137400" cy="10121900"/>
            <wp:wrapNone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37400" cy="101219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80" w:after="0"/>
        <w:ind w:left="0" w:right="0"/>
      </w:pPr>
    </w:p>
    <w:p>
      <w:pPr>
        <w:autoSpaceDN w:val="0"/>
        <w:autoSpaceDE w:val="0"/>
        <w:widowControl/>
        <w:spacing w:line="180" w:lineRule="exact" w:before="424" w:after="0"/>
        <w:ind w:left="0" w:right="132" w:firstLine="0"/>
        <w:jc w:val="right"/>
      </w:pPr>
      <w:hyperlink r:id="rId9" w:history="1">
        <w:r>
          <w:rPr>
            <w:rStyle w:val="Hyperlink"/>
            <w:rFonts w:ascii="Times" w:hAnsi="Times" w:eastAsia="Times" w:cs="Times"/>
            <w:sz w:val="26.0"/>
            <w:color w:val="000000"/>
            <w:spacing w:val="-10"/>
          </w:rPr>
          <w:t>CamScanner</w:t>
        </w:r>
      </w:hyperlink>
    </w:p>
    <w:p>
      <w:pPr>
        <w:sectPr>
          <w:pgSz w:w="11900" w:h="16840"/>
          <w:pgMar w:top="240" w:right="240" w:bottom="3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6159500</wp:posOffset>
            </wp:positionH>
            <wp:positionV relativeFrom="page">
              <wp:posOffset>10299700</wp:posOffset>
            </wp:positionV>
            <wp:extent cx="279400" cy="279400"/>
            <wp:wrapNone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203200</wp:posOffset>
            </wp:positionH>
            <wp:positionV relativeFrom="page">
              <wp:posOffset>0</wp:posOffset>
            </wp:positionV>
            <wp:extent cx="7150100" cy="10121900"/>
            <wp:wrapNone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101219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80" w:after="0"/>
        <w:ind w:left="0" w:right="0"/>
      </w:pPr>
    </w:p>
    <w:p>
      <w:pPr>
        <w:autoSpaceDN w:val="0"/>
        <w:autoSpaceDE w:val="0"/>
        <w:widowControl/>
        <w:spacing w:line="180" w:lineRule="exact" w:before="424" w:after="0"/>
        <w:ind w:left="0" w:right="132" w:firstLine="0"/>
        <w:jc w:val="right"/>
      </w:pPr>
      <w:hyperlink r:id="rId9" w:history="1">
        <w:r>
          <w:rPr>
            <w:rStyle w:val="Hyperlink"/>
            <w:rFonts w:ascii="Times" w:hAnsi="Times" w:eastAsia="Times" w:cs="Times"/>
            <w:sz w:val="26.0"/>
            <w:color w:val="000000"/>
            <w:spacing w:val="-10"/>
          </w:rPr>
          <w:t>CamScanner</w:t>
        </w:r>
      </w:hyperlink>
    </w:p>
    <w:p>
      <w:pPr>
        <w:sectPr>
          <w:pgSz w:w="11900" w:h="16840"/>
          <w:pgMar w:top="240" w:right="240" w:bottom="3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6159500</wp:posOffset>
            </wp:positionH>
            <wp:positionV relativeFrom="page">
              <wp:posOffset>10299700</wp:posOffset>
            </wp:positionV>
            <wp:extent cx="279400" cy="279400"/>
            <wp:wrapNone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203200</wp:posOffset>
            </wp:positionH>
            <wp:positionV relativeFrom="page">
              <wp:posOffset>0</wp:posOffset>
            </wp:positionV>
            <wp:extent cx="7150100" cy="10121900"/>
            <wp:wrapNone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101219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80" w:after="0"/>
        <w:ind w:left="0" w:right="0"/>
      </w:pPr>
    </w:p>
    <w:p>
      <w:pPr>
        <w:autoSpaceDN w:val="0"/>
        <w:autoSpaceDE w:val="0"/>
        <w:widowControl/>
        <w:spacing w:line="180" w:lineRule="exact" w:before="424" w:after="0"/>
        <w:ind w:left="0" w:right="132" w:firstLine="0"/>
        <w:jc w:val="right"/>
      </w:pPr>
      <w:hyperlink r:id="rId9" w:history="1">
        <w:r>
          <w:rPr>
            <w:rStyle w:val="Hyperlink"/>
            <w:rFonts w:ascii="Times" w:hAnsi="Times" w:eastAsia="Times" w:cs="Times"/>
            <w:sz w:val="26.0"/>
            <w:color w:val="000000"/>
            <w:spacing w:val="-10"/>
          </w:rPr>
          <w:t>CamScanner</w:t>
        </w:r>
      </w:hyperlink>
    </w:p>
    <w:p>
      <w:pPr>
        <w:sectPr>
          <w:pgSz w:w="11900" w:h="16840"/>
          <w:pgMar w:top="240" w:right="240" w:bottom="3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6159500</wp:posOffset>
            </wp:positionH>
            <wp:positionV relativeFrom="page">
              <wp:posOffset>10299700</wp:posOffset>
            </wp:positionV>
            <wp:extent cx="279400" cy="279400"/>
            <wp:wrapNone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0</wp:posOffset>
            </wp:positionV>
            <wp:extent cx="7162800" cy="10121900"/>
            <wp:wrapNone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01219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80" w:after="0"/>
        <w:ind w:left="0" w:right="0"/>
      </w:pPr>
    </w:p>
    <w:p>
      <w:pPr>
        <w:autoSpaceDN w:val="0"/>
        <w:autoSpaceDE w:val="0"/>
        <w:widowControl/>
        <w:spacing w:line="180" w:lineRule="exact" w:before="424" w:after="0"/>
        <w:ind w:left="0" w:right="132" w:firstLine="0"/>
        <w:jc w:val="right"/>
      </w:pPr>
      <w:hyperlink r:id="rId9" w:history="1">
        <w:r>
          <w:rPr>
            <w:rStyle w:val="Hyperlink"/>
            <w:rFonts w:ascii="Times" w:hAnsi="Times" w:eastAsia="Times" w:cs="Times"/>
            <w:sz w:val="26.0"/>
            <w:color w:val="000000"/>
            <w:spacing w:val="-10"/>
          </w:rPr>
          <w:t>CamScanner</w:t>
        </w:r>
      </w:hyperlink>
    </w:p>
    <w:sectPr w:rsidR="00FC693F" w:rsidRPr="0006063C" w:rsidSect="00034616">
      <w:pgSz w:w="11900" w:h="16840"/>
      <w:pgMar w:top="240" w:right="240" w:bottom="30" w:left="2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3.camscanner.com/user/download" TargetMode="Externa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